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על מעין וים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יחיאל מוהר · שיר · שירה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(להיות גדול ולהגיע לים) · 2–ג (נבלע בגלים) · 3–א (האנשה)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מעין קטן זורם בעמק. הוא שר. הוא רוצה להיות גדול. הוא הולך לים. בים אף אחד לא שומע אותו. | 2) תשובה קצרה לפי הסיכום: מעין קטן זורם בעמק. הוא שר. הוא רוצה להיות גדול. הוא הולך לים. בים אף אחד לא שומע אותו.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2–ב · 3–א · 4–ו · 5–ד · 6–ה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1–ג · 2–א · 3–ב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על מעין וים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יחיאל מוהר · שיר · שירה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מעין קטן זורם בעמק. הוא שר. הוא רוצה להיות גדול. הוא הולך לים. בים אף אחד לא שומע אותו.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מעין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מים שיוצאים מהאדמה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עמק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נמוך בין הרים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בקעה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מים גדולים מאוד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אוקיינוס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מלוח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עם טעם של מלח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מתוק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גל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מים שעולים ויורדים בים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נחשול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דייג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שתופס דגים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צייד דגים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ביקש המעין?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לחזור לעמק     ב. להיות גדול ולהגיע לים     ג. להפוך לענן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קרה לשיר של המעין בים?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הפך לשיר זמר     ב. נשמע בכל העולם     ג. נבלע בגלים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איזה אמצעי מרכזי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האנשה     ב. דיאלוג בין אחים     ג. ראשי תיבות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רצה המעין?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האם אתם אוהבים מקום קטן או גדול?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מעין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מים גדולים מאוד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עמק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נמוך בין הרים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מים שיוצאים מהאדמה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מלוח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מים שעולים ויורדים בים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שתופס דגים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דייג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עם טעם של מלח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המעין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גדול ובולע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קשוב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הדייג הקטן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שאפתן וחולם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עדיף בעיניכם: להיות "מעין" בעמק קטן שבו שומעים אתכם, או חלק מ"ים" גדול?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על מעין וים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