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על מעין וים</w:t>
      </w:r>
    </w:p>
    <w:p>
      <w:pPr>
        <w:bidi/>
        <w:jc w:val="right"/>
      </w:pPr>
      <w:r>
        <w:rPr>
          <w:rFonts w:ascii="Arial" w:hAnsi="Arial" w:cs="Arial"/>
          <w:b w:val="0"/>
          <w:color w:val="555555"/>
          <w:rtl/>
        </w:rPr>
        <w:t>יחיאל מוהר · שיר · שירה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(להיות גדול ולהגיע לים) · 2–ב (נבלע בגלים) · 3–א (האנשה) · 4–א (בעמק) · 5–ב (להיות גדול)</w:t>
      </w:r>
    </w:p>
    <w:p>
      <w:pPr>
        <w:bidi/>
        <w:spacing w:after="60"/>
        <w:jc w:val="right"/>
      </w:pPr>
      <w:r>
        <w:rPr>
          <w:rFonts w:ascii="Arial" w:hAnsi="Arial" w:cs="Arial"/>
          <w:b w:val="0"/>
          <w:rtl/>
        </w:rPr>
        <w:t>תרגיל 2: 1–נכון · 2–לא נכון (הים – גדול ובולע) · 3–נכון</w:t>
      </w:r>
    </w:p>
    <w:p>
      <w:pPr>
        <w:bidi/>
        <w:spacing w:after="60"/>
        <w:jc w:val="right"/>
      </w:pPr>
      <w:r>
        <w:rPr>
          <w:rFonts w:ascii="Arial" w:hAnsi="Arial" w:cs="Arial"/>
          <w:b w:val="0"/>
          <w:rtl/>
        </w:rPr>
        <w:t>תרגיל 3: 1) הוא זרם, שר והשקה את העצים בעמק. | 2) הוא ביקש להיות גדול – להיות נהר רחב ולהגיע אל הים. | 3) המים המתוקים נעשו מלוחים והשיר שלו נבלע בגלים; רק דייג קטן שמע את בכיו.</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2–ב · 3–ג · 4–א</w:t>
      </w:r>
    </w:p>
    <w:p>
      <w:pPr>
        <w:bidi/>
        <w:spacing w:after="60"/>
        <w:jc w:val="right"/>
      </w:pPr>
      <w:r>
        <w:rPr>
          <w:rFonts w:ascii="Arial" w:hAnsi="Arial" w:cs="Arial"/>
          <w:b w:val="0"/>
          <w:rtl/>
        </w:rPr>
        <w:t>תרגיל 5: 1–האנשה · 2–ניגוד · 3–סמל · 4–חריזה</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המעין מסמל אדם קטן עם קול משלו וזהות ייחודית; הים מסמל את הגדול, הפרסום, ההמון – מקום שבו הקול האישי עלול ללכת לאיבוד.</w:t>
      </w:r>
    </w:p>
    <w:p>
      <w:pPr>
        <w:bidi/>
        <w:spacing w:after="60"/>
        <w:jc w:val="right"/>
      </w:pPr>
      <w:r>
        <w:rPr>
          <w:rFonts w:ascii="Arial" w:hAnsi="Arial" w:cs="Arial"/>
          <w:b w:val="0"/>
          <w:rtl/>
        </w:rPr>
        <w:t>תרגיל 7: רק מי שקטן וקשוב בעצמו מסוגל לשמוע קול קטן; ההמון הגדול אינו מקשיב.</w:t>
      </w:r>
    </w:p>
    <w:p>
      <w:pPr>
        <w:bidi/>
        <w:spacing w:after="60"/>
        <w:jc w:val="right"/>
      </w:pPr>
      <w:r>
        <w:rPr>
          <w:rFonts w:ascii="Arial" w:hAnsi="Arial" w:cs="Arial"/>
          <w:b w:val="0"/>
          <w:rtl/>
        </w:rPr>
        <w:t>תרגיל 8: תשובה אישית מנומקת – בעד (שמחה, תועלת, קול ייחודי) או נגד (סקרנות, צמיחה).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עדיף בעיניכם: להיות "מעין" בעמק קטן שבו שומעים אתכם, או חלק מ"ים" גדול?</w:t>
      </w:r>
    </w:p>
    <w:p>
      <w:pPr>
        <w:bidi/>
        <w:jc w:val="right"/>
      </w:pPr>
      <w:r>
        <w:rPr>
          <w:rFonts w:ascii="Arial" w:hAnsi="Arial" w:cs="Arial"/>
          <w:b w:val="0"/>
          <w:rtl/>
        </w:rPr>
        <w:t>• הזמינו טיעונים לשני הצדדים; אין תשובה נכונה אחת.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על מעין וים</w:t>
      </w:r>
    </w:p>
    <w:p>
      <w:pPr>
        <w:bidi/>
        <w:jc w:val="right"/>
      </w:pPr>
      <w:r>
        <w:rPr>
          <w:rFonts w:ascii="Arial" w:hAnsi="Arial" w:cs="Arial"/>
          <w:b w:val="0"/>
          <w:color w:val="555555"/>
          <w:rtl/>
        </w:rPr>
        <w:t>יחיאל מוהר · שיר · שירה</w:t>
      </w:r>
    </w:p>
    <w:p>
      <w:pPr>
        <w:bidi/>
        <w:jc w:val="right"/>
      </w:pPr>
      <w:r>
        <w:rPr>
          <w:rFonts w:ascii="Arial" w:hAnsi="Arial" w:cs="Arial"/>
          <w:b w:val="0"/>
          <w:rtl/>
        </w:rPr>
        <w:t>תזכורת קצרה: מעין קטן זורם בעמק, שר ומשקה עצים, ויש לו חיים שקטים וטובים. אבל נפשו כוספת למשהו גדול יותר: הוא מבקש להיות נהר רחב ולהגיע לים. הבקשה מתקבלת, והמעין מגיע אל הים. שם, בגלים הלבנים, נבלע השיר הקטן שלו, מימיו המתוקים נעשים מלוחים, ואיש אינו שומע אותו עוד. רק דייג קטן שומע את בכיו של המעין שרצה לצאת אל המרחב. השיר שואל מה מחירה של השאיפה להיות גדול, ומה ערכו של מקום קטן ושל קול ייחודי.</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ביקש המעין?</w:t>
      </w:r>
    </w:p>
    <w:p>
      <w:pPr>
        <w:bidi/>
        <w:spacing w:after="120"/>
        <w:jc w:val="right"/>
      </w:pPr>
      <w:r>
        <w:rPr>
          <w:rFonts w:ascii="Arial" w:hAnsi="Arial" w:cs="Arial"/>
          <w:b w:val="0"/>
          <w:rtl/>
        </w:rPr>
        <w:t xml:space="preserve">     א. לחזור לעמק     ב. להיות גדול ולהגיע לים     ג. להפוך לענן     ד. להשקות פרחים</w:t>
      </w:r>
    </w:p>
    <w:p>
      <w:pPr>
        <w:bidi/>
        <w:jc w:val="right"/>
      </w:pPr>
      <w:r>
        <w:rPr>
          <w:rFonts w:ascii="Arial" w:hAnsi="Arial" w:cs="Arial"/>
          <w:b w:val="0"/>
          <w:rtl/>
        </w:rPr>
        <w:t>2) מה קרה לשיר של המעין בים?</w:t>
      </w:r>
    </w:p>
    <w:p>
      <w:pPr>
        <w:bidi/>
        <w:spacing w:after="120"/>
        <w:jc w:val="right"/>
      </w:pPr>
      <w:r>
        <w:rPr>
          <w:rFonts w:ascii="Arial" w:hAnsi="Arial" w:cs="Arial"/>
          <w:b w:val="0"/>
          <w:rtl/>
        </w:rPr>
        <w:t xml:space="preserve">     א. נשמע בכל העולם     ב. נבלע בגלים     ג. הפך לשיר זמר     ד. נעלם בעמק</w:t>
      </w:r>
    </w:p>
    <w:p>
      <w:pPr>
        <w:bidi/>
        <w:jc w:val="right"/>
      </w:pPr>
      <w:r>
        <w:rPr>
          <w:rFonts w:ascii="Arial" w:hAnsi="Arial" w:cs="Arial"/>
          <w:b w:val="0"/>
          <w:rtl/>
        </w:rPr>
        <w:t>3) איזה אמצעי מרכזי בשיר?</w:t>
      </w:r>
    </w:p>
    <w:p>
      <w:pPr>
        <w:bidi/>
        <w:spacing w:after="120"/>
        <w:jc w:val="right"/>
      </w:pPr>
      <w:r>
        <w:rPr>
          <w:rFonts w:ascii="Arial" w:hAnsi="Arial" w:cs="Arial"/>
          <w:b w:val="0"/>
          <w:rtl/>
        </w:rPr>
        <w:t xml:space="preserve">     א. האנשה     ב. ראשי תיבות     ג. דיאלוג בין אחים     ד. רשימת תאריכים</w:t>
      </w:r>
    </w:p>
    <w:p>
      <w:pPr>
        <w:bidi/>
        <w:jc w:val="right"/>
      </w:pPr>
      <w:r>
        <w:rPr>
          <w:rFonts w:ascii="Arial" w:hAnsi="Arial" w:cs="Arial"/>
          <w:b w:val="0"/>
          <w:rtl/>
        </w:rPr>
        <w:t>4) איפה היה המעין בהתחלה?</w:t>
      </w:r>
    </w:p>
    <w:p>
      <w:pPr>
        <w:bidi/>
        <w:spacing w:after="120"/>
        <w:jc w:val="right"/>
      </w:pPr>
      <w:r>
        <w:rPr>
          <w:rFonts w:ascii="Arial" w:hAnsi="Arial" w:cs="Arial"/>
          <w:b w:val="0"/>
          <w:rtl/>
        </w:rPr>
        <w:t xml:space="preserve">     א. בעמק     ב. בעיר     ג. במדבר</w:t>
      </w:r>
    </w:p>
    <w:p>
      <w:pPr>
        <w:bidi/>
        <w:jc w:val="right"/>
      </w:pPr>
      <w:r>
        <w:rPr>
          <w:rFonts w:ascii="Arial" w:hAnsi="Arial" w:cs="Arial"/>
          <w:b w:val="0"/>
          <w:rtl/>
        </w:rPr>
        <w:t>5) מה המעין רצה?</w:t>
      </w:r>
    </w:p>
    <w:p>
      <w:pPr>
        <w:bidi/>
        <w:spacing w:after="120"/>
        <w:jc w:val="right"/>
      </w:pPr>
      <w:r>
        <w:rPr>
          <w:rFonts w:ascii="Arial" w:hAnsi="Arial" w:cs="Arial"/>
          <w:b w:val="0"/>
          <w:rtl/>
        </w:rPr>
        <w:t xml:space="preserve">     א. לישון     ב. להיות גדול     ג. להתייבש</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המעין – שאפתן וחולם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הים – קשוב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הדייג הקטן – קשוב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עשה המעין בעמק לפני שיצא לדרך?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ביקש המעין?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קרה למים ולשיר של המעין בים?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האנשה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השיר מתחרז וקצבי כמו שיר זמר, ומקל על הזכירה.</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מים מתוקים מול מלוחים, עמק קטן ושר מול ים גדול ושותק.</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המעין והים מסמלים שני דרכי חיים: קטנה ואישית מול גדולה ובולעת.</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חריזה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המעין שר, משתוקק, מבקש ובוכה – כמו אדם.</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חריזה   |   ניגוד   |   האנשה   |   בית   |   סמל</w:t>
      </w:r>
    </w:p>
    <w:p>
      <w:pPr>
        <w:bidi/>
        <w:spacing w:after="120"/>
        <w:jc w:val="right"/>
      </w:pPr>
      <w:r>
        <w:rPr>
          <w:rFonts w:ascii="Arial" w:hAnsi="Arial" w:cs="Arial"/>
          <w:b w:val="0"/>
          <w:rtl/>
        </w:rPr>
        <w:t>1) ______ – מתן תכונות של בני אדם לדבר שאינו אדם</w:t>
      </w:r>
    </w:p>
    <w:p>
      <w:pPr>
        <w:bidi/>
        <w:spacing w:after="120"/>
        <w:jc w:val="right"/>
      </w:pPr>
      <w:r>
        <w:rPr>
          <w:rFonts w:ascii="Arial" w:hAnsi="Arial" w:cs="Arial"/>
          <w:b w:val="0"/>
          <w:rtl/>
        </w:rPr>
        <w:t>2) ______ – העמדה זה מול זה של דברים הפוכים כדי להבליט אותם</w:t>
      </w:r>
    </w:p>
    <w:p>
      <w:pPr>
        <w:bidi/>
        <w:spacing w:after="120"/>
        <w:jc w:val="right"/>
      </w:pPr>
      <w:r>
        <w:rPr>
          <w:rFonts w:ascii="Arial" w:hAnsi="Arial" w:cs="Arial"/>
          <w:b w:val="0"/>
          <w:rtl/>
        </w:rPr>
        <w:t>3) ______ – דבר מוחשי שמייצג רעיון גדול ממנו</w:t>
      </w:r>
    </w:p>
    <w:p>
      <w:pPr>
        <w:bidi/>
        <w:spacing w:after="120"/>
        <w:jc w:val="right"/>
      </w:pPr>
      <w:r>
        <w:rPr>
          <w:rFonts w:ascii="Arial" w:hAnsi="Arial" w:cs="Arial"/>
          <w:b w:val="0"/>
          <w:rtl/>
        </w:rPr>
        <w:t>4) ______ – צלילים זהים בסופי שורות</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מסמל המעין, ומה מסמל הים?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מדוע לדעתכם רק הדייג הקטן שומע את בכי המעין?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הייתם ממליצים למעין להישאר בעמק?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סוף הסיפור מנקודת המבט של הדייג הקטן: מה שמע, מה הרגיש ומה היה עונה למעין.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על מעין וים · שם: ______________</w:t>
      </w:r>
    </w:p>
    <w:p>
      <w:pPr>
        <w:bidi/>
        <w:jc w:val="right"/>
      </w:pPr>
      <w:r>
        <w:rPr>
          <w:rFonts w:ascii="Arial" w:hAnsi="Arial" w:cs="Arial"/>
          <w:b w:val="0"/>
          <w:rtl/>
        </w:rPr>
        <w:t>1) איזה אמצעי אמנותי זיהיתי היום ואיפה?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במשפט אחד: מה המסר של השיר שלמדנו?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איזו תמונה מן השיר נשארה איתי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